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22413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_en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413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CASPIAN OIL INDUSTRIAL COMPANY LLP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Republic of Kazakhstan, Mangistau Region, Aktau, 130000, Industrial Zone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Tel.: 8 800 005 00 43 (Kazakhstan)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A member of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tbl>
      <w:tblPr>
        <w:tblW w:type="auto" w:w="0"/>
        <w:tblLook w:firstColumn="1" w:firstRow="1" w:lastColumn="0" w:lastRow="0" w:noHBand="0" w:noVBand="1" w:val="04A0"/>
        <w:jc w:val="right"/>
        <w:tblBorders>
          <w:top w:val="single" w:sz="8" w:space="0" w:color="C9A227"/>
          <w:left w:val="single" w:sz="8" w:space="0" w:color="C9A227"/>
          <w:bottom w:val="single" w:sz="8" w:space="0" w:color="C9A227"/>
          <w:right w:val="single" w:sz="8" w:space="0" w:color="C9A227"/>
          <w:insideH w:val="single" w:sz="8" w:space="0" w:color="C9A227"/>
          <w:insideV w:val="single" w:sz="8" w:space="0" w:color="C9A227"/>
        </w:tblBorders>
        <w:tblLayout w:type="fixed"/>
        <w:tblCellMar>
          <w:top w:w="40" w:type="dxa"/>
          <w:left w:w="160" w:type="dxa"/>
          <w:bottom w:w="40" w:type="dxa"/>
          <w:right w:w="160" w:type="dxa"/>
        </w:tblCellMar>
        <w:tblLayout w:type="fixed"/>
      </w:tblPr>
      <w:tblGrid>
        <w:gridCol w:w="1701"/>
      </w:tblGrid>
      <w:tr>
        <w:tc>
          <w:tcPr>
            <w:tcW w:type="dxa" w:w="1701"/>
            <w:shd w:val="clear" w:fill="FBF7EC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0"/>
                <w:spacing w:val="50"/>
              </w:rPr>
              <w:t>SAMPLE</w:t>
            </w:r>
          </w:p>
        </w:tc>
      </w:tr>
    </w:tbl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To the General Director of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Caspian Oil Industrial Company LLP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Mr. Yiu Chi Shing</w:t>
      </w:r>
    </w:p>
    <w:p>
      <w:pPr>
        <w:spacing w:before="32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APPLICATION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for the purchase of petroleum products</w:t>
      </w:r>
    </w:p>
    <w:p>
      <w:pPr>
        <w:spacing w:before="0" w:after="16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________________________________________________________________ (full name and legal form of the buyer: JSC, LLP, sole proprietor) hereby requests you to sell, during the period from ___ ____________ to ___ ____________ 20__, the following petroleum products: ________________________________________________ (specify the type of petroleum product) produced by Caspian Oil Industrial Company LLP, in the quantity of ________ (______________________________) metric tons, for ________________________________ (specify: own consumption or further resale).</w:t>
      </w:r>
    </w:p>
    <w:p>
      <w:pPr>
        <w:spacing w:before="0" w:after="20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We accept the EXW (ex works, refinery tank) delivery basis at the oil refinery of Caspian Oil Industrial Company LLP located at: Republic of Kazakhstan, Mangistau Region, Aktau, Industrial Zone 5, 65 (Incoterms 2020), and the payment term of 100% advance payment.</w:t>
      </w:r>
    </w:p>
    <w:p>
      <w:pPr>
        <w:spacing w:before="120" w:after="160"/>
        <w:ind w:left="142"/>
        <w:jc w:val="both"/>
        <w:shd w:val="clear" w:fill="FBF7EC"/>
        <w:pBdr>
          <w:left w:val="single" w:sz="18" w:space="4" w:color="C9A227"/>
        </w:pBdr>
      </w:pPr>
      <w:r>
        <w:rPr>
          <w:rFonts w:ascii="Arial" w:hAnsi="Arial" w:cs="Arial" w:eastAsia="Arial"/>
          <w:b/>
          <w:i w:val="0"/>
          <w:color w:val="0A2547"/>
          <w:sz w:val="19"/>
        </w:rPr>
        <w:t xml:space="preserve">How to submit. </w:t>
      </w:r>
      <w:r>
        <w:rPr>
          <w:rFonts w:ascii="Times New Roman" w:hAnsi="Times New Roman" w:cs="Times New Roman" w:eastAsia="Times New Roman"/>
          <w:b w:val="0"/>
          <w:i/>
          <w:color w:val="5A6572"/>
          <w:sz w:val="20"/>
        </w:rPr>
        <w:t>Please send the completed application on your company letterhead, signed by the chief executive and sealed, to office@caspian-oil.com. For more information, call 8 800 005 00 43 (Kazakhstan) or visit caspian-oil.com.</w:t>
      </w:r>
    </w:p>
    <w:p>
      <w:pPr>
        <w:spacing w:before="32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Head of the organisation</w:t>
      </w:r>
    </w:p>
    <w:p>
      <w:pPr>
        <w:spacing w:before="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after="200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 xml:space="preserve">                    (signature)                                        (full name)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___ ________________ 20__</w:t>
            </w:r>
          </w:p>
        </w:tc>
        <w:tc>
          <w:tcPr>
            <w:tcW w:type="dxa" w:w="4791"/>
          </w:tcPr>
          <w:p>
            <w:pPr>
              <w:jc w:val="righ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Seal</w:t>
            </w:r>
          </w:p>
        </w:tc>
      </w:tr>
    </w:tbl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Caspian Oil Industrial Company LLP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page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of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Caspian Oil Industrial Company LLP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page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of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CASPIAN OIL INDUSTRIAL COMPANY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the purchase of petroleum products (sample)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